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t>LUDWIG-MAXIMILIANS-UNIVERSITÄT MÜNCHEN</w:t>
        <w:br/>
        <w:t>INSTITUT FÜR ALLGEMEINE UND TYPOLOGISCHE SPRACHWISSENSCHAFT</w:t>
      </w:r>
    </w:p>
    <w:p/>
    <w:p>
      <w:pPr>
        <w:jc w:val="center"/>
      </w:pPr>
      <w:r>
        <w:t>Titel des Seminars</w:t>
        <w:br/>
        <w:t>Name des Seminarleiters/der Seminarleiterin</w:t>
      </w:r>
    </w:p>
    <w:p>
      <w:r>
        <w:br/>
      </w:r>
    </w:p>
    <w:p>
      <w:pPr>
        <w:jc w:val="center"/>
      </w:pPr>
      <w:r>
        <w:rPr>
          <w:b/>
        </w:rPr>
        <w:t>Titel der Arbeit</w:t>
      </w:r>
    </w:p>
    <w:p>
      <w:r>
        <w:br/>
      </w:r>
    </w:p>
    <w:p>
      <w:pPr>
        <w:jc w:val="center"/>
      </w:pPr>
      <w:r>
        <w:t>Ablieferungstermin: &lt;Datum&gt;</w:t>
      </w:r>
    </w:p>
    <w:p>
      <w:r>
        <w:br/>
        <w:br/>
      </w:r>
    </w:p>
    <w:p>
      <w:pPr>
        <w:jc w:val="center"/>
      </w:pPr>
      <w:r>
        <w:t>Name des Verfassers/der Verfasserin</w:t>
        <w:br/>
        <w:t>Anschrift des Verfassers/der Verfasserin</w:t>
        <w:br/>
        <w:t>Wohnort des Verfassers/der Verfasserin</w:t>
        <w:br/>
        <w:t>E-Mail-Adresse</w:t>
        <w:br/>
        <w:t>Matrikelnummer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