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jc w:val="center"/>
      </w:pPr>
      <w:r>
        <w:t>Freie Universität Berlin</w:t>
        <w:br/>
        <w:t>Institut für Sozial- und Kulturanthropologie</w:t>
      </w:r>
    </w:p>
    <w:p/>
    <w:p>
      <w:pPr>
        <w:jc w:val="center"/>
      </w:pPr>
      <w:r>
        <w:t>Hausarbeit im Seminar:</w:t>
        <w:br/>
        <w:t>&lt;Titel der Lehrveranstaltung&gt;</w:t>
        <w:br/>
        <w:t>&lt;Name des Leiters/der Leiterin der LV&gt;</w:t>
        <w:br/>
        <w:t>&lt;Semester und Jahr&gt;</w:t>
      </w:r>
    </w:p>
    <w:p>
      <w:r>
        <w:br/>
      </w:r>
    </w:p>
    <w:p>
      <w:pPr>
        <w:jc w:val="center"/>
      </w:pPr>
      <w:r>
        <w:rPr>
          <w:b/>
        </w:rPr>
        <w:t>&lt;Titel der Arbeit&gt;</w:t>
      </w:r>
    </w:p>
    <w:p>
      <w:r>
        <w:br/>
        <w:br/>
      </w:r>
    </w:p>
    <w:p>
      <w:pPr>
        <w:jc w:val="center"/>
      </w:pPr>
      <w:r>
        <w:t>&lt;VerfasserIn&gt;</w:t>
        <w:br/>
        <w:t>Matrikelnummer: *****</w:t>
        <w:br/>
        <w:t>Kontaktdaten (E-Mail / Adresse)</w:t>
        <w:br/>
        <w:t>Studienfächer</w:t>
        <w:br/>
        <w:t>Anzahl Fachsemester</w:t>
        <w:br/>
        <w:t>Abgabe: &lt;Datum&gt;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