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br/>
        <w:br/>
      </w:r>
    </w:p>
    <w:p>
      <w:pPr>
        <w:jc w:val="center"/>
      </w:pPr>
      <w:r>
        <w:rPr>
          <w:b/>
        </w:rPr>
        <w:t>&lt;Titelzeile&gt;</w:t>
        <w:br/>
        <w:t>&lt;Titelzeile&gt;</w:t>
        <w:br/>
        <w:t>&lt;Titelzeile&gt;</w:t>
      </w:r>
    </w:p>
    <w:p>
      <w:r>
        <w:br/>
      </w:r>
    </w:p>
    <w:p>
      <w:pPr>
        <w:jc w:val="center"/>
      </w:pPr>
      <w:r>
        <w:rPr>
          <w:b/>
        </w:rPr>
        <w:t>Wissenschaftliche Ausarbeitung</w:t>
      </w:r>
    </w:p>
    <w:p>
      <w:r>
        <w:br/>
        <w:br/>
      </w:r>
    </w:p>
    <w:p>
      <w:pPr>
        <w:jc w:val="center"/>
      </w:pPr>
      <w:r>
        <w:t>eingereicht an der</w:t>
        <w:br/>
        <w:t>Hochschule Karlsruhe – Technik und Wirtschaft</w:t>
        <w:br/>
        <w:t>im Bachelor-/Master-Studiengang Verkehrssystemmanagement (VSMB/M)</w:t>
        <w:br/>
        <w:t>an der Fakultät für Informationsmanagement und Medien (IMM)</w:t>
      </w:r>
    </w:p>
    <w:p>
      <w:r>
        <w:br/>
        <w:br/>
      </w:r>
    </w:p>
    <w:p>
      <w:pPr>
        <w:jc w:val="center"/>
      </w:pPr>
      <w:r>
        <w:t>von &lt;Vorname&gt; &lt;Nachname&gt; (&lt;Matrikel-Nr.&gt;)</w:t>
        <w:br/>
        <w:t>und &lt;Vorname&gt; &lt;Nachname&gt; (&lt;Matrikel-Nr.&gt;)</w:t>
      </w:r>
    </w:p>
    <w:p>
      <w:r>
        <w:br/>
        <w:br/>
      </w:r>
    </w:p>
    <w:p>
      <w:pPr>
        <w:jc w:val="center"/>
      </w:pPr>
      <w:r>
        <w:t>Betreuer: &lt;Titel&gt; &lt;Vorname&gt; &lt;Nachname&gt;</w:t>
        <w:br/>
        <w:t>Betreuer: &lt;Titel&gt; &lt;Vorname&gt; &lt;Nachname&gt;</w:t>
      </w:r>
    </w:p>
    <w:p>
      <w:r>
        <w:br/>
        <w:br/>
      </w:r>
    </w:p>
    <w:p>
      <w:pPr>
        <w:jc w:val="center"/>
      </w:pPr>
      <w:r>
        <w:t>Karlsruhe, den 31.12.2015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